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19979" w14:textId="77777777" w:rsidR="006B15E1" w:rsidRPr="004A0C68" w:rsidRDefault="00000000">
      <w:pPr>
        <w:spacing w:after="80"/>
      </w:pPr>
      <w:r w:rsidRPr="004A0C68">
        <w:rPr>
          <w:b/>
          <w:sz w:val="44"/>
        </w:rPr>
        <w:t>EVALUACIÓN: ANÁLISIS DE DATOS CON IA</w:t>
      </w:r>
    </w:p>
    <w:p w14:paraId="15299D16" w14:textId="77777777" w:rsidR="006B15E1" w:rsidRPr="004A0C68" w:rsidRDefault="00000000">
      <w:pPr>
        <w:spacing w:after="280"/>
      </w:pPr>
      <w:r w:rsidRPr="004A0C68">
        <w:rPr>
          <w:sz w:val="26"/>
        </w:rPr>
        <w:t>Preguntas de opción múltiple</w:t>
      </w:r>
    </w:p>
    <w:p w14:paraId="787C1E92" w14:textId="77777777" w:rsidR="006B15E1" w:rsidRPr="004A0C68" w:rsidRDefault="00000000">
      <w:pPr>
        <w:spacing w:after="280"/>
      </w:pPr>
      <w:r w:rsidRPr="004A0C68">
        <w:rPr>
          <w:b/>
        </w:rPr>
        <w:t xml:space="preserve">Instrucciones: </w:t>
      </w:r>
      <w:r w:rsidRPr="004A0C68">
        <w:t>Seleccione una sola alternativa en cada pregunta.</w:t>
      </w:r>
    </w:p>
    <w:p w14:paraId="4CADAF1D" w14:textId="77777777" w:rsidR="006B15E1" w:rsidRPr="004A0C68" w:rsidRDefault="00000000">
      <w:pPr>
        <w:keepNext/>
        <w:spacing w:before="140" w:after="80"/>
      </w:pPr>
      <w:r w:rsidRPr="004A0C68">
        <w:rPr>
          <w:b/>
        </w:rPr>
        <w:t>1. Una empresa desea conocer cuántas ventas realizó durante el último trimestre. ¿Qué tipo de análisis debe utilizar?</w:t>
      </w:r>
    </w:p>
    <w:p w14:paraId="3E23D0EA" w14:textId="77777777" w:rsidR="006B15E1" w:rsidRPr="004A0C68" w:rsidRDefault="00000000">
      <w:pPr>
        <w:spacing w:after="40"/>
        <w:ind w:left="403"/>
      </w:pPr>
      <w:r w:rsidRPr="004A0C68">
        <w:t>A. Análisis predictivo</w:t>
      </w:r>
    </w:p>
    <w:p w14:paraId="7F1271A1" w14:textId="77777777" w:rsidR="006B15E1" w:rsidRPr="004A0C68" w:rsidRDefault="00000000">
      <w:pPr>
        <w:spacing w:after="40"/>
        <w:ind w:left="403"/>
        <w:rPr>
          <w:b/>
          <w:bCs/>
        </w:rPr>
      </w:pPr>
      <w:r w:rsidRPr="004A0C68">
        <w:rPr>
          <w:b/>
          <w:bCs/>
        </w:rPr>
        <w:t>B. Análisis descriptivo</w:t>
      </w:r>
    </w:p>
    <w:p w14:paraId="019E186A" w14:textId="77777777" w:rsidR="006B15E1" w:rsidRPr="004A0C68" w:rsidRDefault="00000000">
      <w:pPr>
        <w:spacing w:after="40"/>
        <w:ind w:left="403"/>
      </w:pPr>
      <w:r w:rsidRPr="004A0C68">
        <w:t>C. Análisis prescriptivo</w:t>
      </w:r>
    </w:p>
    <w:p w14:paraId="291B55C7" w14:textId="77777777" w:rsidR="006B15E1" w:rsidRPr="004A0C68" w:rsidRDefault="00000000">
      <w:pPr>
        <w:spacing w:after="40"/>
        <w:ind w:left="403"/>
      </w:pPr>
      <w:r w:rsidRPr="004A0C68">
        <w:t>D. Análisis diagnóstico</w:t>
      </w:r>
    </w:p>
    <w:p w14:paraId="18B680C6" w14:textId="77777777" w:rsidR="006B15E1" w:rsidRPr="004A0C68" w:rsidRDefault="00000000">
      <w:pPr>
        <w:keepNext/>
        <w:spacing w:before="140" w:after="80"/>
      </w:pPr>
      <w:r w:rsidRPr="004A0C68">
        <w:rPr>
          <w:b/>
        </w:rPr>
        <w:t>2. ¿Cuál es el propósito principal del análisis diagnóstico?</w:t>
      </w:r>
    </w:p>
    <w:p w14:paraId="2C76E3DD" w14:textId="77777777" w:rsidR="006B15E1" w:rsidRPr="004A0C68" w:rsidRDefault="00000000">
      <w:pPr>
        <w:spacing w:after="40"/>
        <w:ind w:left="403"/>
      </w:pPr>
      <w:r w:rsidRPr="004A0C68">
        <w:t>A. Recomendar la mejor decisión posible</w:t>
      </w:r>
    </w:p>
    <w:p w14:paraId="681072C2" w14:textId="77777777" w:rsidR="006B15E1" w:rsidRPr="004A0C68" w:rsidRDefault="00000000">
      <w:pPr>
        <w:spacing w:after="40"/>
        <w:ind w:left="403"/>
      </w:pPr>
      <w:r w:rsidRPr="004A0C68">
        <w:t>B. Anticipar acontecimientos futuros</w:t>
      </w:r>
    </w:p>
    <w:p w14:paraId="5A0F5A06" w14:textId="77777777" w:rsidR="006B15E1" w:rsidRPr="004A0C68" w:rsidRDefault="00000000">
      <w:pPr>
        <w:spacing w:after="40"/>
        <w:ind w:left="403"/>
        <w:rPr>
          <w:b/>
          <w:bCs/>
        </w:rPr>
      </w:pPr>
      <w:r w:rsidRPr="004A0C68">
        <w:rPr>
          <w:b/>
          <w:bCs/>
        </w:rPr>
        <w:t>C. Explicar por qué ocurrió un resultado</w:t>
      </w:r>
    </w:p>
    <w:p w14:paraId="19FD7CBC" w14:textId="77777777" w:rsidR="006B15E1" w:rsidRPr="004A0C68" w:rsidRDefault="00000000">
      <w:pPr>
        <w:spacing w:after="40"/>
        <w:ind w:left="403"/>
      </w:pPr>
      <w:r w:rsidRPr="004A0C68">
        <w:t>D. Resumir información mediante indicadores</w:t>
      </w:r>
    </w:p>
    <w:p w14:paraId="2CA708FF" w14:textId="77777777" w:rsidR="006B15E1" w:rsidRPr="004A0C68" w:rsidRDefault="00000000">
      <w:pPr>
        <w:keepNext/>
        <w:spacing w:before="140" w:after="80"/>
      </w:pPr>
      <w:r w:rsidRPr="004A0C68">
        <w:rPr>
          <w:b/>
        </w:rPr>
        <w:t>3. ¿Cuál de los siguientes prompts está mejor formulado para analizar una base de datos?</w:t>
      </w:r>
    </w:p>
    <w:p w14:paraId="1F10EA2B" w14:textId="77777777" w:rsidR="006B15E1" w:rsidRPr="004A0C68" w:rsidRDefault="00000000">
      <w:pPr>
        <w:spacing w:after="40"/>
        <w:ind w:left="403"/>
      </w:pPr>
      <w:r w:rsidRPr="004A0C68">
        <w:t>A. «Revisa estos datos».</w:t>
      </w:r>
    </w:p>
    <w:p w14:paraId="66F42AB1" w14:textId="77777777" w:rsidR="006B15E1" w:rsidRPr="004A0C68" w:rsidRDefault="00000000">
      <w:pPr>
        <w:spacing w:after="40"/>
        <w:ind w:left="403"/>
      </w:pPr>
      <w:r w:rsidRPr="004A0C68">
        <w:t>B. «Busca cualquier problema».</w:t>
      </w:r>
    </w:p>
    <w:p w14:paraId="4016B58C" w14:textId="77777777" w:rsidR="006B15E1" w:rsidRPr="004A0C68" w:rsidRDefault="00000000">
      <w:pPr>
        <w:spacing w:after="40"/>
        <w:ind w:left="403"/>
      </w:pPr>
      <w:r w:rsidRPr="004A0C68">
        <w:t>C. «Analiza la información y dime algo importante».</w:t>
      </w:r>
    </w:p>
    <w:p w14:paraId="423F8F41" w14:textId="77777777" w:rsidR="006B15E1" w:rsidRPr="004A0C68" w:rsidRDefault="00000000">
      <w:pPr>
        <w:spacing w:after="40"/>
        <w:ind w:left="403"/>
      </w:pPr>
      <w:r w:rsidRPr="004A0C68">
        <w:rPr>
          <w:b/>
          <w:bCs/>
        </w:rPr>
        <w:t>D. «Actúa como analista de datos. Identifica valores nulos, duplicados y formatos inconsistentes.</w:t>
      </w:r>
      <w:r w:rsidRPr="004A0C68">
        <w:t xml:space="preserve"> Presenta los resultados en una tabla y no inventes información».</w:t>
      </w:r>
    </w:p>
    <w:p w14:paraId="1B6790D3" w14:textId="77777777" w:rsidR="006B15E1" w:rsidRPr="004A0C68" w:rsidRDefault="00000000">
      <w:pPr>
        <w:keepNext/>
        <w:spacing w:before="140" w:after="80"/>
      </w:pPr>
      <w:r w:rsidRPr="004A0C68">
        <w:rPr>
          <w:b/>
        </w:rPr>
        <w:t>4. Durante la limpieza de una base de datos se encuentran registros repetidos de un mismo cliente. ¿Qué problema de calidad representan?</w:t>
      </w:r>
    </w:p>
    <w:p w14:paraId="6F2BAAD1" w14:textId="77777777" w:rsidR="006B15E1" w:rsidRPr="004A0C68" w:rsidRDefault="00000000">
      <w:pPr>
        <w:spacing w:after="40"/>
        <w:ind w:left="403"/>
      </w:pPr>
      <w:r w:rsidRPr="004A0C68">
        <w:t>A. Valores atípicos</w:t>
      </w:r>
    </w:p>
    <w:p w14:paraId="79450EA8" w14:textId="77777777" w:rsidR="006B15E1" w:rsidRPr="004A0C68" w:rsidRDefault="00000000">
      <w:pPr>
        <w:spacing w:after="40"/>
        <w:ind w:left="403"/>
        <w:rPr>
          <w:b/>
          <w:bCs/>
        </w:rPr>
      </w:pPr>
      <w:r w:rsidRPr="004A0C68">
        <w:rPr>
          <w:b/>
          <w:bCs/>
        </w:rPr>
        <w:t>B. Datos duplicados</w:t>
      </w:r>
    </w:p>
    <w:p w14:paraId="69503140" w14:textId="77777777" w:rsidR="006B15E1" w:rsidRPr="004A0C68" w:rsidRDefault="00000000">
      <w:pPr>
        <w:spacing w:after="40"/>
        <w:ind w:left="403"/>
      </w:pPr>
      <w:r w:rsidRPr="004A0C68">
        <w:t>C. Valores nulos</w:t>
      </w:r>
    </w:p>
    <w:p w14:paraId="447E4595" w14:textId="77777777" w:rsidR="006B15E1" w:rsidRPr="004A0C68" w:rsidRDefault="00000000">
      <w:pPr>
        <w:spacing w:after="40"/>
        <w:ind w:left="403"/>
      </w:pPr>
      <w:r w:rsidRPr="004A0C68">
        <w:t>D. Formatos inconsistentes</w:t>
      </w:r>
    </w:p>
    <w:p w14:paraId="3B403D18" w14:textId="77777777" w:rsidR="006B15E1" w:rsidRPr="004A0C68" w:rsidRDefault="00000000">
      <w:pPr>
        <w:keepNext/>
        <w:spacing w:before="140" w:after="80"/>
      </w:pPr>
      <w:r w:rsidRPr="004A0C68">
        <w:rPr>
          <w:b/>
        </w:rPr>
        <w:t>5. ¿Cuál es una medida adecuada para utilizar IA con datos personales o confidenciales?</w:t>
      </w:r>
    </w:p>
    <w:p w14:paraId="2A74A500" w14:textId="77777777" w:rsidR="006B15E1" w:rsidRPr="004A0C68" w:rsidRDefault="00000000">
      <w:pPr>
        <w:spacing w:after="40"/>
        <w:ind w:left="403"/>
      </w:pPr>
      <w:r w:rsidRPr="004A0C68">
        <w:t>A. Compartir toda la base para obtener mejores resultados</w:t>
      </w:r>
    </w:p>
    <w:p w14:paraId="57EABE53" w14:textId="77777777" w:rsidR="006B15E1" w:rsidRPr="004A0C68" w:rsidRDefault="00000000">
      <w:pPr>
        <w:spacing w:after="40"/>
        <w:ind w:left="403"/>
      </w:pPr>
      <w:r w:rsidRPr="004A0C68">
        <w:t>B. Ignorar las restricciones porque la IA protege automáticamente los datos</w:t>
      </w:r>
    </w:p>
    <w:p w14:paraId="6394615F" w14:textId="77777777" w:rsidR="006B15E1" w:rsidRPr="004A0C68" w:rsidRDefault="00000000">
      <w:pPr>
        <w:spacing w:after="40"/>
        <w:ind w:left="403"/>
        <w:rPr>
          <w:b/>
          <w:bCs/>
        </w:rPr>
      </w:pPr>
      <w:r w:rsidRPr="004A0C68">
        <w:rPr>
          <w:b/>
          <w:bCs/>
        </w:rPr>
        <w:t>C. Anonimizar los datos y aplicar controles de acceso</w:t>
      </w:r>
    </w:p>
    <w:p w14:paraId="4E6876F1" w14:textId="77777777" w:rsidR="006B15E1" w:rsidRPr="004A0C68" w:rsidRDefault="00000000">
      <w:pPr>
        <w:spacing w:after="40"/>
        <w:ind w:left="403"/>
      </w:pPr>
      <w:r w:rsidRPr="004A0C68">
        <w:t>D. Publicar los datos antes de analizarlos</w:t>
      </w:r>
    </w:p>
    <w:p w14:paraId="18A7D7F1" w14:textId="77777777" w:rsidR="006B15E1" w:rsidRPr="004A0C68" w:rsidRDefault="00000000">
      <w:r w:rsidRPr="004A0C68">
        <w:br w:type="page"/>
      </w:r>
    </w:p>
    <w:p w14:paraId="7A13EA9A" w14:textId="77777777" w:rsidR="006B15E1" w:rsidRPr="004A0C68" w:rsidRDefault="00000000">
      <w:pPr>
        <w:pStyle w:val="Ttulo1"/>
        <w:rPr>
          <w:color w:val="auto"/>
        </w:rPr>
      </w:pPr>
      <w:r w:rsidRPr="004A0C68">
        <w:rPr>
          <w:color w:val="auto"/>
        </w:rPr>
        <w:lastRenderedPageBreak/>
        <w:t>Clave de respuestas</w:t>
      </w:r>
    </w:p>
    <w:p w14:paraId="691BFCAB" w14:textId="77777777" w:rsidR="006B15E1" w:rsidRPr="004A0C68" w:rsidRDefault="00000000">
      <w:pPr>
        <w:spacing w:before="160" w:after="40"/>
      </w:pPr>
      <w:r w:rsidRPr="004A0C68">
        <w:rPr>
          <w:b/>
        </w:rPr>
        <w:t>1. B — Análisis descriptivo</w:t>
      </w:r>
    </w:p>
    <w:p w14:paraId="71B92D85" w14:textId="77777777" w:rsidR="006B15E1" w:rsidRPr="004A0C68" w:rsidRDefault="00000000">
      <w:pPr>
        <w:spacing w:after="100"/>
        <w:ind w:left="403"/>
      </w:pPr>
      <w:r w:rsidRPr="004A0C68">
        <w:t>Resume qué ocurrió a partir de los datos disponibles.</w:t>
      </w:r>
    </w:p>
    <w:p w14:paraId="68143BC1" w14:textId="77777777" w:rsidR="006B15E1" w:rsidRPr="004A0C68" w:rsidRDefault="00000000">
      <w:pPr>
        <w:spacing w:before="160" w:after="40"/>
      </w:pPr>
      <w:r w:rsidRPr="004A0C68">
        <w:rPr>
          <w:b/>
        </w:rPr>
        <w:t>2. C — Explicar por qué ocurrió un resultado</w:t>
      </w:r>
    </w:p>
    <w:p w14:paraId="6B453F71" w14:textId="77777777" w:rsidR="006B15E1" w:rsidRPr="004A0C68" w:rsidRDefault="00000000">
      <w:pPr>
        <w:spacing w:after="100"/>
        <w:ind w:left="403"/>
      </w:pPr>
      <w:r w:rsidRPr="004A0C68">
        <w:t>El análisis diagnóstico busca causas y relaciones que expliquen un resultado.</w:t>
      </w:r>
    </w:p>
    <w:p w14:paraId="5A9FB435" w14:textId="77777777" w:rsidR="006B15E1" w:rsidRPr="004A0C68" w:rsidRDefault="00000000">
      <w:pPr>
        <w:spacing w:before="160" w:after="40"/>
      </w:pPr>
      <w:r w:rsidRPr="004A0C68">
        <w:rPr>
          <w:b/>
        </w:rPr>
        <w:t>3. D — Prompt con rol, tarea, formato y restricciones</w:t>
      </w:r>
    </w:p>
    <w:p w14:paraId="3BD12D4C" w14:textId="77777777" w:rsidR="006B15E1" w:rsidRPr="004A0C68" w:rsidRDefault="00000000">
      <w:pPr>
        <w:spacing w:after="100"/>
        <w:ind w:left="403"/>
      </w:pPr>
      <w:r w:rsidRPr="004A0C68">
        <w:t>La instrucción es específica, verificable y limita la invención de información.</w:t>
      </w:r>
    </w:p>
    <w:p w14:paraId="62C3807E" w14:textId="77777777" w:rsidR="006B15E1" w:rsidRPr="004A0C68" w:rsidRDefault="00000000">
      <w:pPr>
        <w:spacing w:before="160" w:after="40"/>
      </w:pPr>
      <w:r w:rsidRPr="004A0C68">
        <w:rPr>
          <w:b/>
        </w:rPr>
        <w:t>4. B — Datos duplicados</w:t>
      </w:r>
    </w:p>
    <w:p w14:paraId="01255159" w14:textId="77777777" w:rsidR="006B15E1" w:rsidRPr="004A0C68" w:rsidRDefault="00000000">
      <w:pPr>
        <w:spacing w:after="100"/>
        <w:ind w:left="403"/>
      </w:pPr>
      <w:r w:rsidRPr="004A0C68">
        <w:t>Son registros repetidos que pueden distorsionar los resultados del análisis.</w:t>
      </w:r>
    </w:p>
    <w:p w14:paraId="0FAE6235" w14:textId="77777777" w:rsidR="006B15E1" w:rsidRPr="004A0C68" w:rsidRDefault="00000000">
      <w:pPr>
        <w:spacing w:before="160" w:after="40"/>
      </w:pPr>
      <w:r w:rsidRPr="004A0C68">
        <w:rPr>
          <w:b/>
        </w:rPr>
        <w:t>5. C — Anonimización y controles de acceso</w:t>
      </w:r>
    </w:p>
    <w:p w14:paraId="2FFA3870" w14:textId="77777777" w:rsidR="006B15E1" w:rsidRPr="004A0C68" w:rsidRDefault="00000000">
      <w:pPr>
        <w:spacing w:after="100"/>
        <w:ind w:left="403"/>
      </w:pPr>
      <w:r w:rsidRPr="004A0C68">
        <w:t>Reduce la exposición de información personal o confidencial.</w:t>
      </w:r>
    </w:p>
    <w:sectPr w:rsidR="006B15E1" w:rsidRPr="004A0C68" w:rsidSect="00034616">
      <w:headerReference w:type="default" r:id="rId8"/>
      <w:footerReference w:type="default" r:id="rId9"/>
      <w:pgSz w:w="12240" w:h="15840"/>
      <w:pgMar w:top="1152" w:right="1440" w:bottom="1152" w:left="144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20DCD" w14:textId="77777777" w:rsidR="000204B3" w:rsidRDefault="000204B3">
      <w:pPr>
        <w:spacing w:after="0" w:line="240" w:lineRule="auto"/>
      </w:pPr>
      <w:r>
        <w:separator/>
      </w:r>
    </w:p>
  </w:endnote>
  <w:endnote w:type="continuationSeparator" w:id="0">
    <w:p w14:paraId="22C6A919" w14:textId="77777777" w:rsidR="000204B3" w:rsidRDefault="00020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B28EE" w14:textId="77777777" w:rsidR="006B15E1" w:rsidRDefault="00000000">
    <w:pPr>
      <w:pStyle w:val="Piedepgina"/>
      <w:jc w:val="center"/>
    </w:pPr>
    <w:r>
      <w:rPr>
        <w:sz w:val="18"/>
      </w:rPr>
      <w:t xml:space="preserve">Página </w:t>
    </w:r>
    <w:r>
      <w:fldChar w:fldCharType="begin"/>
    </w:r>
    <w:r>
      <w:instrText>PAGE</w:instrText>
    </w:r>
    <w:r>
      <w:fldChar w:fldCharType="separate"/>
    </w:r>
    <w:r w:rsidR="004A0C6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825A8" w14:textId="77777777" w:rsidR="000204B3" w:rsidRDefault="000204B3">
      <w:pPr>
        <w:spacing w:after="0" w:line="240" w:lineRule="auto"/>
      </w:pPr>
      <w:r>
        <w:separator/>
      </w:r>
    </w:p>
  </w:footnote>
  <w:footnote w:type="continuationSeparator" w:id="0">
    <w:p w14:paraId="03566F9E" w14:textId="77777777" w:rsidR="000204B3" w:rsidRDefault="00020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8E74" w14:textId="77777777" w:rsidR="006B15E1" w:rsidRDefault="00000000">
    <w:pPr>
      <w:pStyle w:val="Encabezado"/>
      <w:jc w:val="right"/>
    </w:pPr>
    <w:r>
      <w:rPr>
        <w:color w:val="646E78"/>
        <w:sz w:val="17"/>
      </w:rPr>
      <w:t>MÓDULO DE ANÁLISIS DE DATOS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0054250">
    <w:abstractNumId w:val="8"/>
  </w:num>
  <w:num w:numId="2" w16cid:durableId="2109619044">
    <w:abstractNumId w:val="6"/>
  </w:num>
  <w:num w:numId="3" w16cid:durableId="1112944902">
    <w:abstractNumId w:val="5"/>
  </w:num>
  <w:num w:numId="4" w16cid:durableId="159585405">
    <w:abstractNumId w:val="4"/>
  </w:num>
  <w:num w:numId="5" w16cid:durableId="1271814134">
    <w:abstractNumId w:val="7"/>
  </w:num>
  <w:num w:numId="6" w16cid:durableId="1324166779">
    <w:abstractNumId w:val="3"/>
  </w:num>
  <w:num w:numId="7" w16cid:durableId="754546167">
    <w:abstractNumId w:val="2"/>
  </w:num>
  <w:num w:numId="8" w16cid:durableId="1311834880">
    <w:abstractNumId w:val="1"/>
  </w:num>
  <w:num w:numId="9" w16cid:durableId="682435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4B3"/>
    <w:rsid w:val="00034616"/>
    <w:rsid w:val="0006063C"/>
    <w:rsid w:val="0015074B"/>
    <w:rsid w:val="0029639D"/>
    <w:rsid w:val="00326F90"/>
    <w:rsid w:val="00396272"/>
    <w:rsid w:val="004A0C68"/>
    <w:rsid w:val="006B15E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1075407"/>
  <w14:defaultImageDpi w14:val="300"/>
  <w15:docId w15:val="{53E91041-A437-43CA-8D31-04AB18D9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Preguntas de opción múltiple: Análisis de datos con IA</dc:title>
  <dc:subject>Evaluación del módulo de análisis de datos</dc:subject>
  <dc:creator/>
  <cp:keywords>análisis de datos, inteligencia artificial, evaluación</cp:keywords>
  <dc:description>generated by python-docx</dc:description>
  <cp:lastModifiedBy>JESUS PAREDES AGUIRRE</cp:lastModifiedBy>
  <cp:revision>2</cp:revision>
  <dcterms:created xsi:type="dcterms:W3CDTF">2013-12-23T23:15:00Z</dcterms:created>
  <dcterms:modified xsi:type="dcterms:W3CDTF">2026-08-10T21:23:00Z</dcterms:modified>
  <cp:category/>
</cp:coreProperties>
</file>